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C6CED" w14:textId="77777777" w:rsidR="0080026E" w:rsidRDefault="00000000">
      <w:pPr>
        <w:spacing w:after="160"/>
        <w:jc w:val="right"/>
        <w:rPr>
          <w:color w:val="17365D"/>
          <w:sz w:val="20"/>
        </w:rPr>
      </w:pPr>
      <w:r>
        <w:rPr>
          <w:b/>
          <w:color w:val="17365D"/>
          <w:sz w:val="21"/>
        </w:rPr>
        <w:t>Al Dirigente Scolastico</w:t>
      </w:r>
      <w:r>
        <w:br/>
      </w:r>
      <w:r>
        <w:rPr>
          <w:color w:val="17365D"/>
          <w:sz w:val="20"/>
        </w:rPr>
        <w:t xml:space="preserve">dell’I.C. “Luigi Einaudi” di Sale </w:t>
      </w:r>
      <w:proofErr w:type="spellStart"/>
      <w:r>
        <w:rPr>
          <w:color w:val="17365D"/>
          <w:sz w:val="20"/>
        </w:rPr>
        <w:t>Marasino</w:t>
      </w:r>
      <w:proofErr w:type="spellEnd"/>
    </w:p>
    <w:p w14:paraId="251A1EE7" w14:textId="77777777" w:rsidR="004F2C14" w:rsidRDefault="004F2C14">
      <w:pPr>
        <w:spacing w:after="160"/>
        <w:jc w:val="right"/>
      </w:pPr>
    </w:p>
    <w:p w14:paraId="112B8735" w14:textId="77777777" w:rsidR="0080026E" w:rsidRDefault="00000000">
      <w:pPr>
        <w:spacing w:after="40"/>
        <w:jc w:val="center"/>
      </w:pPr>
      <w:r>
        <w:rPr>
          <w:b/>
          <w:color w:val="1F4E79"/>
          <w:sz w:val="28"/>
        </w:rPr>
        <w:t>AUTORIZZAZIONE ALL’UTILIZZO DELLE PIATTAFORME DIGITALI</w:t>
      </w:r>
    </w:p>
    <w:p w14:paraId="4DEEBE31" w14:textId="77777777" w:rsidR="0080026E" w:rsidRDefault="00000000">
      <w:pPr>
        <w:spacing w:after="160"/>
        <w:jc w:val="center"/>
      </w:pPr>
      <w:r>
        <w:rPr>
          <w:b/>
          <w:color w:val="17365D"/>
          <w:sz w:val="21"/>
        </w:rPr>
        <w:t>Microsoft 365 for Education  •  Futuri - Orientamento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4"/>
        <w:gridCol w:w="5074"/>
      </w:tblGrid>
      <w:tr w:rsidR="004F2C14" w14:paraId="6CCA3962" w14:textId="77777777" w:rsidTr="004F2C14">
        <w:trPr>
          <w:jc w:val="center"/>
        </w:trPr>
        <w:tc>
          <w:tcPr>
            <w:tcW w:w="10148" w:type="dxa"/>
            <w:gridSpan w:val="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946A99" w14:textId="5F9925F9" w:rsidR="004F2C14" w:rsidRDefault="004F2C14">
            <w:pPr>
              <w:spacing w:after="0"/>
            </w:pPr>
            <w:r>
              <w:rPr>
                <w:sz w:val="17"/>
              </w:rPr>
              <w:t xml:space="preserve">Il/La </w:t>
            </w:r>
            <w:proofErr w:type="spellStart"/>
            <w:r>
              <w:rPr>
                <w:sz w:val="17"/>
              </w:rPr>
              <w:t>sottoscritto</w:t>
            </w:r>
            <w:proofErr w:type="spellEnd"/>
            <w:r>
              <w:rPr>
                <w:sz w:val="17"/>
              </w:rPr>
              <w:t>/a _____________________________________________________________________________________________________________</w:t>
            </w:r>
          </w:p>
        </w:tc>
      </w:tr>
      <w:tr w:rsidR="0080026E" w14:paraId="51B5FF51" w14:textId="77777777" w:rsidTr="004F2C14">
        <w:trPr>
          <w:jc w:val="center"/>
        </w:trPr>
        <w:tc>
          <w:tcPr>
            <w:tcW w:w="10148" w:type="dxa"/>
            <w:gridSpan w:val="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086195" w14:textId="34E3A540" w:rsidR="0080026E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genitore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esercente</w:t>
            </w:r>
            <w:proofErr w:type="spellEnd"/>
            <w:r>
              <w:rPr>
                <w:b/>
                <w:sz w:val="17"/>
              </w:rPr>
              <w:t xml:space="preserve"> la </w:t>
            </w:r>
            <w:proofErr w:type="spellStart"/>
            <w:r>
              <w:rPr>
                <w:b/>
                <w:sz w:val="17"/>
              </w:rPr>
              <w:t>responsabilità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genitoriale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dell’alunno</w:t>
            </w:r>
            <w:proofErr w:type="spellEnd"/>
            <w:r>
              <w:rPr>
                <w:b/>
                <w:sz w:val="17"/>
              </w:rPr>
              <w:t>/a  __________________________________</w:t>
            </w:r>
            <w:r w:rsidR="004F2C14">
              <w:rPr>
                <w:sz w:val="17"/>
              </w:rPr>
              <w:t>_______________________________</w:t>
            </w:r>
          </w:p>
          <w:p w14:paraId="4D946A11" w14:textId="77777777" w:rsidR="0080026E" w:rsidRDefault="0080026E">
            <w:pPr>
              <w:spacing w:after="0"/>
            </w:pPr>
          </w:p>
        </w:tc>
      </w:tr>
      <w:tr w:rsidR="0080026E" w14:paraId="78FF52BC" w14:textId="77777777" w:rsidTr="004F2C14">
        <w:trPr>
          <w:jc w:val="center"/>
        </w:trPr>
        <w:tc>
          <w:tcPr>
            <w:tcW w:w="5074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10AAE7" w14:textId="77777777" w:rsidR="0080026E" w:rsidRDefault="00000000">
            <w:pPr>
              <w:spacing w:after="0"/>
            </w:pPr>
            <w:r>
              <w:rPr>
                <w:sz w:val="17"/>
              </w:rPr>
              <w:t>Classe / sezione  __________________________________</w:t>
            </w:r>
          </w:p>
        </w:tc>
        <w:tc>
          <w:tcPr>
            <w:tcW w:w="5074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795002" w14:textId="77777777" w:rsidR="0080026E" w:rsidRDefault="00000000">
            <w:pPr>
              <w:spacing w:after="0"/>
            </w:pPr>
            <w:r>
              <w:rPr>
                <w:sz w:val="17"/>
              </w:rPr>
              <w:t>Plesso  __________________________________</w:t>
            </w:r>
          </w:p>
        </w:tc>
      </w:tr>
    </w:tbl>
    <w:p w14:paraId="076AAAA4" w14:textId="77777777" w:rsidR="004F2C14" w:rsidRDefault="004F2C14">
      <w:pPr>
        <w:spacing w:before="120" w:after="100"/>
        <w:rPr>
          <w:b/>
          <w:color w:val="1F4E79"/>
          <w:sz w:val="19"/>
        </w:rPr>
      </w:pPr>
    </w:p>
    <w:p w14:paraId="7615F9CB" w14:textId="15736808" w:rsidR="0080026E" w:rsidRDefault="00000000">
      <w:pPr>
        <w:spacing w:before="120" w:after="100"/>
        <w:rPr>
          <w:b/>
          <w:color w:val="17365D"/>
          <w:sz w:val="17"/>
        </w:rPr>
      </w:pPr>
      <w:r>
        <w:rPr>
          <w:b/>
          <w:color w:val="1F4E79"/>
          <w:sz w:val="19"/>
        </w:rPr>
        <w:t>DICHIARA</w:t>
      </w:r>
      <w:r>
        <w:t xml:space="preserve"> 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delle informative sul trattamento dei dati personali rivolte agli studenti e alle famiglie, comprese quelle relative alle piattaforme Microsoft 365 for Education e Futuri, pubblicate sul sito istituzionale alla pagina: </w:t>
      </w:r>
      <w:hyperlink r:id="rId8" w:history="1">
        <w:r w:rsidR="004F2C14" w:rsidRPr="00C31C5F">
          <w:rPr>
            <w:rStyle w:val="Collegamentoipertestuale"/>
            <w:b/>
            <w:sz w:val="17"/>
          </w:rPr>
          <w:t>www.icsalemarasino.edu.it/informative-privacy-studenti-e-famiglie/</w:t>
        </w:r>
      </w:hyperlink>
    </w:p>
    <w:p w14:paraId="6AC57979" w14:textId="77777777" w:rsidR="004F2C14" w:rsidRDefault="004F2C14">
      <w:pPr>
        <w:spacing w:before="120" w:after="100"/>
      </w:pPr>
    </w:p>
    <w:p w14:paraId="39CA33A2" w14:textId="77777777" w:rsidR="004F2C14" w:rsidRDefault="004F2C14">
      <w:pPr>
        <w:spacing w:before="120" w:after="10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026E" w14:paraId="21ACAA83" w14:textId="77777777">
        <w:trPr>
          <w:jc w:val="center"/>
        </w:trPr>
        <w:tc>
          <w:tcPr>
            <w:tcW w:w="10148" w:type="dxa"/>
            <w:shd w:val="clear" w:color="auto" w:fill="1F4E79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441CD88E" w14:textId="77777777" w:rsidR="0080026E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MICROSOFT 365 FOR EDUCATION</w:t>
            </w:r>
          </w:p>
        </w:tc>
      </w:tr>
      <w:tr w:rsidR="0080026E" w14:paraId="5737D109" w14:textId="77777777">
        <w:trPr>
          <w:jc w:val="center"/>
        </w:trPr>
        <w:tc>
          <w:tcPr>
            <w:tcW w:w="10148" w:type="dxa"/>
            <w:tcBorders>
              <w:left w:val="single" w:sz="8" w:space="0" w:color="C7D9E5"/>
              <w:bottom w:val="single" w:sz="8" w:space="0" w:color="C7D9E5"/>
              <w:right w:val="single" w:sz="8" w:space="0" w:color="C7D9E5"/>
            </w:tcBorders>
            <w:shd w:val="clear" w:color="auto" w:fill="F8FAFC"/>
            <w:tcMar>
              <w:top w:w="95" w:type="dxa"/>
              <w:left w:w="120" w:type="dxa"/>
              <w:bottom w:w="90" w:type="dxa"/>
              <w:right w:w="120" w:type="dxa"/>
            </w:tcMar>
          </w:tcPr>
          <w:p w14:paraId="78161EC8" w14:textId="77777777" w:rsidR="0080026E" w:rsidRDefault="00000000">
            <w:pPr>
              <w:spacing w:after="60"/>
            </w:pPr>
            <w:r>
              <w:rPr>
                <w:sz w:val="17"/>
              </w:rPr>
              <w:t xml:space="preserve">Il </w:t>
            </w:r>
            <w:proofErr w:type="spellStart"/>
            <w:r>
              <w:rPr>
                <w:sz w:val="17"/>
              </w:rPr>
              <w:t>genitore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firmatario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dichiara</w:t>
            </w:r>
            <w:proofErr w:type="spellEnd"/>
            <w:r>
              <w:rPr>
                <w:sz w:val="17"/>
              </w:rPr>
              <w:t xml:space="preserve"> di essere informato che l’Istituto utilizza Microsoft 365 for Education quale ambiente digitale a supporto delle attività didattiche, educative, organizzative e collaborative. L’utilizzo comporta l’attivazione di un account istituzionale personale dell’alunno/a e l’accesso ai servizi messi a disposizione dall’Istituto, secondo le modalità e le finalità indicate nella relativa informativa privacy. L’account è destinato esclusivamente alle attività scolastiche e deve essere utilizzato nel rispetto delle disposizioni dell’Istituto e della normativa vigente.</w:t>
            </w:r>
          </w:p>
          <w:p w14:paraId="03A7CB88" w14:textId="77777777" w:rsidR="0080026E" w:rsidRDefault="00000000">
            <w:pPr>
              <w:spacing w:after="0"/>
            </w:pPr>
            <w:r>
              <w:rPr>
                <w:b/>
                <w:color w:val="17365D"/>
                <w:sz w:val="17"/>
              </w:rPr>
              <w:t xml:space="preserve">AUTORIZZA:  </w:t>
            </w:r>
            <w:r>
              <w:rPr>
                <w:b/>
                <w:color w:val="1F4E79"/>
                <w:sz w:val="20"/>
              </w:rPr>
              <w:t>☐ SÌ     ☐ NO</w:t>
            </w:r>
            <w:r>
              <w:rPr>
                <w:sz w:val="17"/>
              </w:rPr>
              <w:t xml:space="preserve">   l’attivazione dell’account istituzionale e l’utilizzo della piattaforma e dei relativi servizi.</w:t>
            </w:r>
          </w:p>
        </w:tc>
      </w:tr>
    </w:tbl>
    <w:p w14:paraId="135B1BB1" w14:textId="77777777" w:rsidR="0080026E" w:rsidRDefault="0080026E">
      <w:pPr>
        <w:spacing w:after="0"/>
      </w:pPr>
    </w:p>
    <w:p w14:paraId="28CB1F0A" w14:textId="77777777" w:rsidR="004F2C14" w:rsidRDefault="004F2C14">
      <w:pPr>
        <w:spacing w:after="0"/>
      </w:pPr>
    </w:p>
    <w:p w14:paraId="7C6C0A41" w14:textId="77777777" w:rsidR="004F2C14" w:rsidRDefault="004F2C14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026E" w14:paraId="65BF074F" w14:textId="77777777">
        <w:trPr>
          <w:jc w:val="center"/>
        </w:trPr>
        <w:tc>
          <w:tcPr>
            <w:tcW w:w="10148" w:type="dxa"/>
            <w:shd w:val="clear" w:color="auto" w:fill="1F4E79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29420B7A" w14:textId="77777777" w:rsidR="0080026E" w:rsidRDefault="00000000">
            <w:pPr>
              <w:spacing w:after="0"/>
            </w:pPr>
            <w:r>
              <w:rPr>
                <w:b/>
                <w:color w:val="FFFFFF"/>
                <w:sz w:val="20"/>
              </w:rPr>
              <w:t>FUTURI - PIATTAFORMA PER L’ORIENTAMENTO</w:t>
            </w:r>
          </w:p>
        </w:tc>
      </w:tr>
      <w:tr w:rsidR="0080026E" w14:paraId="73C3D372" w14:textId="77777777">
        <w:trPr>
          <w:jc w:val="center"/>
        </w:trPr>
        <w:tc>
          <w:tcPr>
            <w:tcW w:w="10148" w:type="dxa"/>
            <w:tcBorders>
              <w:left w:val="single" w:sz="8" w:space="0" w:color="C7D9E5"/>
              <w:bottom w:val="single" w:sz="8" w:space="0" w:color="C7D9E5"/>
              <w:right w:val="single" w:sz="8" w:space="0" w:color="C7D9E5"/>
            </w:tcBorders>
            <w:shd w:val="clear" w:color="auto" w:fill="F8FAFC"/>
            <w:tcMar>
              <w:top w:w="95" w:type="dxa"/>
              <w:left w:w="120" w:type="dxa"/>
              <w:bottom w:w="90" w:type="dxa"/>
              <w:right w:w="120" w:type="dxa"/>
            </w:tcMar>
          </w:tcPr>
          <w:p w14:paraId="6C88402E" w14:textId="77777777" w:rsidR="0080026E" w:rsidRDefault="00000000">
            <w:pPr>
              <w:spacing w:after="60"/>
            </w:pPr>
            <w:r>
              <w:rPr>
                <w:sz w:val="17"/>
              </w:rPr>
              <w:t>Il genitore firmatario dichiara di essere informato che l’Istituto utilizza la piattaforma Futuri nell’ambito delle attività di orientamento scolastico e formativo, per accompagnare gli studenti nella conoscenza di sé, delle proprie attitudini e interessi e delle opportunità formative, secondo le modalità e le finalità indicate nella specifica informativa sul trattamento dei dati personali.</w:t>
            </w:r>
          </w:p>
          <w:p w14:paraId="421326C9" w14:textId="77777777" w:rsidR="0080026E" w:rsidRDefault="00000000">
            <w:pPr>
              <w:spacing w:after="0"/>
            </w:pPr>
            <w:r>
              <w:rPr>
                <w:b/>
                <w:color w:val="17365D"/>
                <w:sz w:val="17"/>
              </w:rPr>
              <w:t xml:space="preserve">AUTORIZZA:  </w:t>
            </w:r>
            <w:r>
              <w:rPr>
                <w:b/>
                <w:color w:val="1F4E79"/>
                <w:sz w:val="20"/>
              </w:rPr>
              <w:t>☐ SÌ     ☐ NO</w:t>
            </w:r>
            <w:r>
              <w:rPr>
                <w:sz w:val="17"/>
              </w:rPr>
              <w:t xml:space="preserve">   l’accesso e l’utilizzo della piattaforma Futuri nell’ambito delle attività scolastiche di orientamento.</w:t>
            </w:r>
          </w:p>
        </w:tc>
      </w:tr>
    </w:tbl>
    <w:p w14:paraId="3A93A1DE" w14:textId="77777777" w:rsidR="0080026E" w:rsidRDefault="0080026E">
      <w:pPr>
        <w:spacing w:after="0"/>
      </w:pPr>
    </w:p>
    <w:p w14:paraId="2D209431" w14:textId="77777777" w:rsidR="004F2C14" w:rsidRDefault="004F2C14">
      <w:pPr>
        <w:spacing w:after="0"/>
      </w:pPr>
    </w:p>
    <w:p w14:paraId="66B32349" w14:textId="77777777" w:rsidR="004F2C14" w:rsidRDefault="004F2C14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80026E" w14:paraId="07C65615" w14:textId="77777777">
        <w:trPr>
          <w:jc w:val="center"/>
        </w:trPr>
        <w:tc>
          <w:tcPr>
            <w:tcW w:w="10148" w:type="dxa"/>
            <w:tcBorders>
              <w:top w:val="single" w:sz="8" w:space="0" w:color="AAB7B8"/>
              <w:left w:val="single" w:sz="8" w:space="0" w:color="AAB7B8"/>
              <w:bottom w:val="single" w:sz="8" w:space="0" w:color="AAB7B8"/>
              <w:right w:val="single" w:sz="8" w:space="0" w:color="AAB7B8"/>
            </w:tcBorders>
            <w:shd w:val="clear" w:color="auto" w:fill="F2F5F7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CB59964" w14:textId="77777777" w:rsidR="0080026E" w:rsidRDefault="00000000">
            <w:pPr>
              <w:spacing w:after="40"/>
            </w:pPr>
            <w:r>
              <w:rPr>
                <w:b/>
                <w:color w:val="17365D"/>
              </w:rPr>
              <w:t>DICHIARAZIONE DEL GENITORE FIRMATARIO</w:t>
            </w:r>
          </w:p>
          <w:p w14:paraId="6DCA5FB3" w14:textId="753F66E4" w:rsidR="0080026E" w:rsidRDefault="00000000">
            <w:pPr>
              <w:spacing w:after="0"/>
            </w:pPr>
            <w:r>
              <w:rPr>
                <w:sz w:val="16"/>
              </w:rPr>
              <w:t xml:space="preserve">Il genitore firmatario, consapevole delle responsabilità derivanti da dichiarazioni non veritiere, dichiara che le scelte e le autorizzazioni espresse nel presente modulo sono state effettuate di comune accordo con l’altro genitore/esercente la responsabilità genitoriale e di sottoscrivere il presente modulo anche con il consenso di quest’ultimo, nel rispetto degli artt. 316 e 337-ter del Codice civile. </w:t>
            </w:r>
          </w:p>
        </w:tc>
      </w:tr>
    </w:tbl>
    <w:p w14:paraId="58FE01B9" w14:textId="77777777" w:rsidR="004F2C14" w:rsidRDefault="004F2C14">
      <w:pPr>
        <w:tabs>
          <w:tab w:val="left" w:pos="5783"/>
        </w:tabs>
        <w:spacing w:before="160" w:after="0"/>
      </w:pPr>
    </w:p>
    <w:p w14:paraId="7EB2DC49" w14:textId="453CC295" w:rsidR="0080026E" w:rsidRDefault="00000000" w:rsidP="004F2C14">
      <w:pPr>
        <w:tabs>
          <w:tab w:val="left" w:pos="5783"/>
        </w:tabs>
        <w:spacing w:before="160" w:after="0"/>
      </w:pPr>
      <w:proofErr w:type="spellStart"/>
      <w:r>
        <w:t>Luogo</w:t>
      </w:r>
      <w:proofErr w:type="spellEnd"/>
      <w:r>
        <w:t xml:space="preserve"> e data  __________________________</w:t>
      </w:r>
      <w:r w:rsidR="004F2C14">
        <w:t xml:space="preserve">                                     </w:t>
      </w:r>
      <w:proofErr w:type="spellStart"/>
      <w:r>
        <w:rPr>
          <w:b/>
        </w:rPr>
        <w:t>Firma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genitore</w:t>
      </w:r>
      <w:proofErr w:type="spellEnd"/>
      <w:r>
        <w:t>____________________________________</w:t>
      </w:r>
    </w:p>
    <w:sectPr w:rsidR="0080026E" w:rsidSect="00034616">
      <w:footerReference w:type="default" r:id="rId9"/>
      <w:pgSz w:w="11906" w:h="16838"/>
      <w:pgMar w:top="709" w:right="879" w:bottom="680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B7BAC" w14:textId="77777777" w:rsidR="00C42D82" w:rsidRDefault="00C42D82">
      <w:pPr>
        <w:spacing w:after="0"/>
      </w:pPr>
      <w:r>
        <w:separator/>
      </w:r>
    </w:p>
  </w:endnote>
  <w:endnote w:type="continuationSeparator" w:id="0">
    <w:p w14:paraId="785047B4" w14:textId="77777777" w:rsidR="00C42D82" w:rsidRDefault="00C42D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F400" w14:textId="77777777" w:rsidR="0080026E" w:rsidRDefault="00000000">
    <w:pPr>
      <w:pStyle w:val="Pidipagina"/>
      <w:jc w:val="center"/>
    </w:pPr>
    <w:r>
      <w:rPr>
        <w:color w:val="7F8C8D"/>
        <w:sz w:val="14"/>
      </w:rPr>
      <w:t xml:space="preserve">Modulo </w:t>
    </w:r>
    <w:proofErr w:type="spellStart"/>
    <w:r>
      <w:rPr>
        <w:color w:val="7F8C8D"/>
        <w:sz w:val="14"/>
      </w:rPr>
      <w:t>autorizzativo</w:t>
    </w:r>
    <w:proofErr w:type="spellEnd"/>
    <w:r>
      <w:rPr>
        <w:color w:val="7F8C8D"/>
        <w:sz w:val="14"/>
      </w:rPr>
      <w:t xml:space="preserve"> - </w:t>
    </w:r>
    <w:proofErr w:type="spellStart"/>
    <w:r>
      <w:rPr>
        <w:color w:val="7F8C8D"/>
        <w:sz w:val="14"/>
      </w:rPr>
      <w:t>piattaforme</w:t>
    </w:r>
    <w:proofErr w:type="spellEnd"/>
    <w:r>
      <w:rPr>
        <w:color w:val="7F8C8D"/>
        <w:sz w:val="14"/>
      </w:rPr>
      <w:t xml:space="preserve"> </w:t>
    </w:r>
    <w:proofErr w:type="spellStart"/>
    <w:r>
      <w:rPr>
        <w:color w:val="7F8C8D"/>
        <w:sz w:val="14"/>
      </w:rPr>
      <w:t>digitali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2559" w14:textId="77777777" w:rsidR="00C42D82" w:rsidRDefault="00C42D82">
      <w:pPr>
        <w:spacing w:after="0"/>
      </w:pPr>
      <w:r>
        <w:separator/>
      </w:r>
    </w:p>
  </w:footnote>
  <w:footnote w:type="continuationSeparator" w:id="0">
    <w:p w14:paraId="3292E794" w14:textId="77777777" w:rsidR="00C42D82" w:rsidRDefault="00C42D8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635983">
    <w:abstractNumId w:val="8"/>
  </w:num>
  <w:num w:numId="2" w16cid:durableId="204566246">
    <w:abstractNumId w:val="6"/>
  </w:num>
  <w:num w:numId="3" w16cid:durableId="871847951">
    <w:abstractNumId w:val="5"/>
  </w:num>
  <w:num w:numId="4" w16cid:durableId="2069762591">
    <w:abstractNumId w:val="4"/>
  </w:num>
  <w:num w:numId="5" w16cid:durableId="268048631">
    <w:abstractNumId w:val="7"/>
  </w:num>
  <w:num w:numId="6" w16cid:durableId="801574933">
    <w:abstractNumId w:val="3"/>
  </w:num>
  <w:num w:numId="7" w16cid:durableId="1845584479">
    <w:abstractNumId w:val="2"/>
  </w:num>
  <w:num w:numId="8" w16cid:durableId="2035616181">
    <w:abstractNumId w:val="1"/>
  </w:num>
  <w:num w:numId="9" w16cid:durableId="144534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57CC"/>
    <w:rsid w:val="0029639D"/>
    <w:rsid w:val="00326F90"/>
    <w:rsid w:val="004F2C14"/>
    <w:rsid w:val="0080026E"/>
    <w:rsid w:val="00AA1D8D"/>
    <w:rsid w:val="00B47730"/>
    <w:rsid w:val="00C42D82"/>
    <w:rsid w:val="00CB0664"/>
    <w:rsid w:val="00D33AA6"/>
    <w:rsid w:val="00DB40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0F5B34"/>
  <w14:defaultImageDpi w14:val="300"/>
  <w15:docId w15:val="{2FDAB0DA-87A8-449A-89CA-1A7678051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4F2C1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2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lemarasino.edu.it/informative-privacy-studenti-e-famigli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Emanuele d'Adamo</cp:lastModifiedBy>
  <cp:revision>3</cp:revision>
  <cp:lastPrinted>2026-09-28T08:57:00Z</cp:lastPrinted>
  <dcterms:created xsi:type="dcterms:W3CDTF">2026-09-28T09:09:00Z</dcterms:created>
  <dcterms:modified xsi:type="dcterms:W3CDTF">2026-09-28T09:12:00Z</dcterms:modified>
  <cp:category/>
</cp:coreProperties>
</file>